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SP5087 16 A Switched Surge-Protected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SP5087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9_sp5087_product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7401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8_sp5087_jack_detai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01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SP5087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SP5087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power distribution with integrated surge protection for 10 A, 16 A and 32 A input configurations.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pdu-spd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SP5087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racks, Security cabinets, Surge-protected equipment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SP5087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SP5087 16 A Switched Surge-Protected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16A Chinese-standard plug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2.5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Switch +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16 A Chinese-standard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Surge-Protected Rack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Surge-protected equipment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SP5087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pdu-spd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pdu-spd</dc:title>
  <dc:subject>NexPro English product specification</dc:subject>
  <dc:creator>NexPro</dc:creator>
  <cp:keywords>SP5087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