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SP5086 16Ametered PDU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SP5086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1201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8_pdu_socket_shell_detail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201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00888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9_pdu_internal_busbar_detail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88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90560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0_pdu_input_cable_detail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56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SP5086 · Structural Detail · Series Reference View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SP5086 · Structural Detail · Series Reference View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SP5086 · Structural Detail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Rack PDU with local voltage and current display for basic load monitoring.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pdu-metered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SP5086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racks, Network rooms, Load monitoring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Specification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Rated Load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SP5086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SP5086 16Ametered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× 2.5 mm²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4000 W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Specification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× 2.5 mm²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4000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16A Chinese-standard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Current and voltage display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× 16 A Chinese-standard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Metered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rooms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Load monitoring projects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SP5086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pdu-metered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pdu-metered</dc:title>
  <dc:subject>NexPro English product specification</dc:subject>
  <dc:creator>NexPro</dc:creator>
  <cp:keywords>SP5086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