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SP5082 Surge-Protected Rack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SP5082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4_sp5082_16a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3_sp5082_16a_plug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8_sp5082_32a_product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7_sp5082_32a_industrial_plug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SP5082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SP5082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SP5082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SP5082 Surge-Protected Rack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2.5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SP5082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SP5082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