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SP5071 Circuit Breaker &amp; Overload Protection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SP5071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9440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1_sp5071_air_switch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944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2361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0_sp5071_air_switch_modu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2361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52904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6_sp5071_industrial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5290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5_sp5071_16a_industrial_plu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SP5071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SP5071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SP5071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SP5071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2 documented configurations are consolidated on this product-group page so buyers can compare specifications without duplicate catalog cards.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pdu-breaker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SP5071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racks, Equipment cabinets, Overload-protected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SP5071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SP5071 Circuit Breaker &amp; Overload Protection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Circuit breaker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7 × 16 A Chinese-standard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Circuit Breaker &amp; Overload Protection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Entity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group with selectable configurations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Overload-protected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SP5071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pdu-breaker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pdu-breaker</dc:title>
  <dc:subject>NexPro English product specification</dc:subject>
  <dc:creator>NexPro</dc:creator>
  <cp:keywords>SP5071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