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SP3182 10 A SPDsurge-protected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SP3182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3_sp3182_produc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8109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2_sp3182_spd_modu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09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SP3182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SP3182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Rack power distribution with integrated surge protection for 10 A, 16 A and 32 A input configurations.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pdu-spd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SP3182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racks, Security cabinets, Surge-protected equipment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Plug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SP3182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SP3182 10 A SPDsurge-protected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1.5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10A Chinese-standard plug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Cable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m, 1.5 mm²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SPD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10 A universal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Surge-Protected Rack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Surge-protected equipment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SP3182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pdu-spd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pdu-spd</dc:title>
  <dc:subject>NexPro English product specification</dc:subject>
  <dc:creator>NexPro</dc:creator>
  <cp:keywords>SP3182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