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PDU &amp; POWER DISTRIBUTION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SP1182-2 Single-Row 1U High-Power PDU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SP1182-2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6096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24_sp1182_2_product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6096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SP1182-2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Rack power distribution with integrated surge protection for 10 A, 16 A and 32 A input configurations.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PDU &amp; Power Distribution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pdu-spd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SP1182-2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Network racks, Security cabinets, Surge-protected equipment distribution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Current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Function Module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Output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SP1182-2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SP1182-2 Single-Row 1U High-Power PDU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32 A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catalog states “hot plug lighting protection”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8 × 10 A universal outlets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Function Module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catalog states “hot plug lighting protection”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Output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 × 10 A universal outlets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Rated Load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8000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× 44.5 × 44.5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Surge-Protected Rack PDU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PDU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Network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Security cabinets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Surge-protected equipment distribution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SP1182-2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pdu-spd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pdu-spd</dc:title>
  <dc:subject>NexPro English product specification</dc:subject>
  <dc:creator>NexPro</dc:creator>
  <cp:keywords>SP1182-2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