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RACK PDU &amp; POWER DISTRIBUTION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Custom Intelligent PDU Series / Manufacturer Model Not Provided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PDU-SMART-CUSTOM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5160"/>
        <w:gridCol w:w="5160"/>
      </w:tblGrid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843582" cy="1142999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55_intelligent_pdu_product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3582" cy="1142999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221082" cy="1143000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54_intelligent_pdu_diagram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1082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PDU-SMART-CUSTOM · Primary · Series Reference View</w:t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PDU-SMART-CUSTOM · Gallery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Intelligent rack power distribution with remote monitoring, control and environmental sensor expansion.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Rack PDU &amp; Power Distribution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pdu-smart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PDU-SMART-CUSTOM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Monitored server racks, Remote power management, Data-room environmental monitoring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Local Interface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Communication / Expansion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Environmental Monitoring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PDU-SMART-CUSTOM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Custom Intelligent PDU Series / Manufacturer Model Not Provided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LCD display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Ethernet uplink and cascading interface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Temperature/humidity alarm, water leakage and smoke detection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Local Interface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LCD display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Communication / Expansion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Ethernet uplink and cascading interface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Environmental Monitoring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Temperature/humidity alarm, water leakage and smoke detection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Security Expansion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Access control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Core Functions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Remote control, real-time monitoring, data acquisition and cascading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series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Intelligent PDU Series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PDU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Monitored server racks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Remote power management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Data-room environmental monitoring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the application, rack or room position, destination-market interface and mounting requirement.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electrical, network, accessory or protection scope from the product family and project drawings.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quantity, labeling, packing and required documents before purchase order.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model and project quantity · Lead time — Confirm after configuration review · FOB port — Confirm in project quotation · OEM/ODM — To be confirmed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PDU-SMART-CUSTOM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pdu-smart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Relationship Id="rId13" Type="http://schemas.openxmlformats.org/officeDocument/2006/relationships/image" Target="media/image4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pdu-smart</dc:title>
  <dc:subject>NexPro English product specification</dc:subject>
  <dc:creator>NexPro</dc:creator>
  <cp:keywords>PDU-SMART-CUSTOM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