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PDU &amp; POWER DISTRIBUTION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LS8113 Basic Switched Rack PDU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LS8113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1_ls8113_socket_variant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4300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0_ls8113_jack_detail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87150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0_ls8113_double_switch_modul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15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LS8113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LS8113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LS8113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2 documented configurations are consolidated on this product-group page so buyers can compare specifications without duplicate catalog cards.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PDU &amp; Power Distribution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pdu-basic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LS8113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racks, Security equipment cabinets, IT equipment distribution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Input Current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Conductor Cross-Section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LS8113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LS8113 Basic Switched Rack PDU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 A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2.5 mm² (catalog unit normalized for website display)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Conductor Cross-Section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2.5 mm² (catalog unit normalized for website display)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Input Plug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10A Chinese-standard plug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Function Module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Switch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Output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× 10 A new Chinese-standard outlets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Rated Load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2500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44.5 × 44.5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Basic Switched Rack PDU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Entity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Product group with selectable configurations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equipment cabinets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IT equipment distribution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LS8113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pdu-basic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pdu-basic</dc:title>
  <dc:subject>NexPro English product specification</dc:subject>
  <dc:creator>NexPro</dc:creator>
  <cp:keywords>LS8113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