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DT7188 10 A Switched Overload-Protected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DT7188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4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7_dt7188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5397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6_dt7188_overload_modu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97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DT7188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DT7188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power distribution with circuit-breaker or overload-protection modules for enhanced overcurrent protection.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pdu-breaker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DT7188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racks, Equipment cabinets, Overload-protected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DT7188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DT7188 10 A Switched Overload-Protected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1.5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1.5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Switch + overload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Circuit Breaker &amp; Overload Protection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Overload-protected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DT7188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pdu-breaker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pdu-breaker</dc:title>
  <dc:subject>NexPro English product specification</dc:subject>
  <dc:creator>NexPro</dc:creator>
  <cp:keywords>DT7188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