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DS8118 Hardwired 8-Outlet New Chinese-Standard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DS8118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1201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du_socket_shell_detai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01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088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9_pdu_internal_busbar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8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9056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0_pdu_input_cable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5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DS8118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DS8118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DS8118 · Structural Detail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High-power and special-input/output rack PDU configurations for project-specific power distribution.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pdu-special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DS8118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racks, High-load cabinets, Project-configured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Method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Rated Load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DS8118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DS8118 Hardwired 8-Outlet New Chinese-Standard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 input cable; terminal-block / hardwired input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4000 W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input cable; terminal-block / hardwired input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new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High-Power &amp; Special I/O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Project-configured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DS8118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pdu-special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pdu-special</dc:title>
  <dc:subject>NexPro English product specification</dc:subject>
  <dc:creator>NexPro</dc:creator>
  <cp:keywords>DS8118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