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32-Port CAT5/IP KVM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SP8732 | SP8932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084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9_sp873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84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42249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8_cat5_kv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2249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063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0_sp8932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63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1247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1_sp8932_fron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4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SP8732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SP8732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SP8932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SP8932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82745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8_cat5_kv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8274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SP8932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CAT5/IP KVM consoles for high-density server management and cascading.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kvm-cat5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SP8732 | SP8932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High-density server racks, CAT5 KVM extension, Data center operations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/ Output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Connection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SP8732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SP8732 32-Port CAT5 Network KVM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PS/2 / USB dual-interface converter module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RJ45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SP8932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SP8932 CAT5/IP KVM (Port Description Requires Review)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value: 16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PS/2 / USB dual-interface converter module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SP8732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SP8932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Connection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catalog value: 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/ Output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5–255 seconds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Optional Modules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CAT5 module or IP remote-access card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Host Interface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USB / PS/2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Cascading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Supports bus and tree topologies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570 × 44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485 × 600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32-Port CAT5/IP KVM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32-Port CAT5/IP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Up to 256 devices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0-80%RH, non-condensing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High-density 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CAT5 KVM extension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SP8732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32-Port CAT5/IP KVM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32-Port CAT5/IP KVM Series</dc:title>
  <dc:subject>NexPro English product specification</dc:subject>
  <dc:creator>NexPro</dc:creator>
  <cp:keywords>SP8732, SP8932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