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SP8032 16-Port Digital KVM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SP8032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733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0_sp803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33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3468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9_sp8032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68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SP8032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SP8032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kvm-sp8032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SP8032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 management, Data center operations, Remote equipment maintenance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Server Ports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Network Port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SP8032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SP8032 16-Port Digital KVM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RJ45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Server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 Port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1920 × 1200px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Linux, Mac, Sun,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 × 440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19-inch standard rack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Transmission Distance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 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6.6kg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User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 local user + 2 remote users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SP8032 16-Port Digital KVM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equipment maintenance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SP8032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SP8032 16-Port Digital KVM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SP8032 16-Port Digital KVM</dc:title>
  <dc:subject>NexPro English product specification</dc:subject>
  <dc:creator>NexPro</dc:creator>
  <cp:keywords>SP8032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