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RACK KVM &amp; REMOTE CONSOLE MANAGEMENT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16-Port Remote IP KVM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SP5716 | SP5916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6042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5_sp5716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42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6449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4_ip16_kvm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6449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1081300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6_sp5916_fron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10813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877356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7_sp5916_side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87735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SP5716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SP5716 · Diagram · Series Reference View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SP5916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SP5916 · Gallery</w:t>
            </w:r>
          </w:p>
        </w:tc>
      </w:tr>
    </w:tbl>
    <w:p>
      <w:pPr>
        <w:keepNext w:val="0"/>
        <w:spacing w:before="0" w:after="20" w:line="252" w:lineRule="auto"/>
      </w:pP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799" cy="889518"/>
                  <wp:docPr id="6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94_ip16_kvm_diagram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799" cy="88951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SP5916 · Diagram · Series Reference View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16-port IP KVM consoles for local and remote server management.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Rack KVM &amp; Remote Console Management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kvm-ip16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SP5716 | SP5916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Remote server access, Data center operations, Network equipment rooms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 Count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Dimensions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SP5716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SP5716 16-port remote IP KVM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1280 × 1024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485 × 570 × 44 mm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SP5916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SP5916 16-Port Remote IP KVM, 600 mm Depth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16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1280 × 1024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485 × 600 × 44 mm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SP5716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SP5916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 Count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1280 × 1024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1280 × 1024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Dimensions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485 × 570 × 44 mm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485 × 600 × 44 mm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Maximum Cascade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256 devices</w:t>
              <w:br/>
              <w:t>Source catalog wording:  “connections 256”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Up to 256 devices</w:t>
              <w:br/>
              <w:t>Source catalog wording:  “connections 256”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I/O Interface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PS/2 / USB dual-interface converter module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Scan Interval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1–255 seconds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1–255 seconds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Compatibility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Windows, Vista, Linux, etc.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Input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 C100-240V, 50-60Hz, 1 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120V at 23 W; 230V at 25 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0-40℃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0-40℃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Temperature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-20-60℃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-20-60℃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Humidity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0-80%RH, non-condensing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0-80%RH, non-condensing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Warranty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years for main unit; 1 year for display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16-Port Remote IP KVM 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16-Port Remote IP KVM Series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category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KVM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Remote server access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Data center operations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Network equipment rooms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application, rack or room position, destination-market interface and mounting requirement.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electrical, network, accessory or protection scope from the product family and project drawings.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labeling, packing and required documents before purchase order.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 and project quantity · Lead time — Confirm after configuration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SP5716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16-Port Remote IP KVM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Relationship Id="rId15" Type="http://schemas.openxmlformats.org/officeDocument/2006/relationships/image" Target="media/image6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16-Port Remote IP KVM Series</dc:title>
  <dc:subject>NexPro English product specification</dc:subject>
  <dc:creator>NexPro</dc:creator>
  <cp:keywords>SP5716, SP5916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