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KVM &amp; REMOTE CONSOLE MANAGEMENT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SP1708 8-Port Local VGA KVM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SP1708-B | SP1708-C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12501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2_sp1708_b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501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20125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1_sp1708_8port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2012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921948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3_sp1708_c_produc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94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20125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1_sp1708_8port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20125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SP1708-B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SP1708-B · Diagram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SP1708-C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SP1708-C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8-port local VGA KVM consoles for rack server management.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KVM &amp; Remote Console Management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kvm-1708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SP1708-B | SP1708-C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Local server management, Data-room racks, Maintenance consoles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 Count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SP1708-B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SP1708-B 8-port local VGA KVM (1280 × 1024)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1280 × 1024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485 × 570 × 44 mm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SP1708-C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SP1708-C 8-port local VGA KVM (1920 × 1080)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8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1920 × 1080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485 × 480 × 44 mm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SP1708-B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SP1708-C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 Count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8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1280 × 1024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1920 × 1080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570 × 44 mm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485 × 480 × 44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Maximum Cascade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256 devices</w:t>
              <w:br/>
              <w:t>Source catalog wording:  “connections 256”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256 devices</w:t>
              <w:br/>
              <w:t>Source catalog wording:  “connections 256”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I/O Interface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PS/2 / USB dual-interface converter module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PS/2 / USB dual-interface converter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Scan Interval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1–255 seconds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1–255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Compatibility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Windows, Vista, Linux, etc.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Windows, Vista, Linux, etc.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Input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 C100-240V, 50-60Hz, 1 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 C100-240V, 50-60Hz, 1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120V at 23 W; 230V at 25 W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120V at 23 W; 230V at 25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0-40℃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0-40℃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-20-60℃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-20-60℃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Humidity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0-80%RH, non-condensing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0-80%RH, non-condensing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Warranty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years for main unit; 1 year for display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years for main unit; 1 year for display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SP1708 8-Port Local VGA KVM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SP1708 8-Port Local VGA KVM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KVM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KVM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Local server management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Data-room racks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Maintenance consoles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SP1708-B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SP1708 8-Port Local VGA KVM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SP1708 8-Port Local VGA KVM Series</dc:title>
  <dc:subject>NexPro English product specification</dc:subject>
  <dc:creator>NexPro</dc:creator>
  <cp:keywords>SP1708-B, SP1708-C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