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SP8932 CAT5/IP KVM (Port Description Requires Review)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SP8932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063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0_sp893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63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124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1_sp8932_fron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4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82745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8_cat5_kvm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8274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SP8932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SP8932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SP8932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CAT5/IP KVM consoles for high-density server management and cascading.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kvm-cat5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SP8932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High-density server racks, CAT5 KVM extension, Data center operations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Maximum Cascade Capacity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/ Output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SP8932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SP8932 CAT5/IP KVM (Port Description Requires Review)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256 devices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catalog value: 16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PS/2 / USB dual-interface converter module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catalog value: 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/ 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600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32-Port CAT5/IP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High-density server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CAT5 KVM extension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SP8932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kvm-cat5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kvm-cat5</dc:title>
  <dc:subject>NexPro English product specification</dc:subject>
  <dc:creator>NexPro</dc:creator>
  <cp:keywords>SP8932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