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RACK KVM &amp; REMOTE CONSOLE MANAGEMENT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SP8732 32-Port CAT5 Network KVM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SP8732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910849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99_sp8732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0849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582745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98_cat5_kvm_diagram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582745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SP8732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SP8732 · Diagram · Series Reference View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CAT5/IP KVM consoles for high-density server management and cascading.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Rack KVM &amp; Remote Console Management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kvm-cat5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SP8732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High-density server racks, CAT5 KVM extension, Data center operations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Port Connection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Port Count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Input / Output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SP8732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SP8732 32-Port CAT5 Network KVM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RJ45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32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PS/2 / USB dual-interface converter module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Port Connection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RJ45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Port Count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Input / Output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PS/2 / USB dual-interface converter module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1280 × 1024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Scan Interval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5–255 seconds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Supported Systems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Windows, Vista, Linux, etc.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Input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 C100-240V, 50-60Hz, 1 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120V at 23 W; 230V at 25 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Optional Modules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CAT5 module or IP remote-access card module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Host Interface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USB / PS/2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Cascading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Supports bus and tree topologies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Dimensions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485 × 570 × 44 mm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Warranty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 years for main unit; 1 year for display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32-Port CAT5/IP KVM Series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KVM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High-density server racks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CAT5 KVM extension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Data center operations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application, rack or room position, destination-market interface and mounting requirement.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electrical, network, accessory or protection scope from the product family and project drawings.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labeling, packing and required documents before purchase order.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and project quantity · Lead time — Confirm after configuration review · FOB port — Confirm in project quotation · OEM/ODM — To be confirmed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SP8732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kvm-cat5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kvm-cat5</dc:title>
  <dc:subject>NexPro English product specification</dc:subject>
  <dc:creator>NexPro</dc:creator>
  <cp:keywords>SP8732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