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SP5916 16-Port Remote IP KVM, 600 mm Depth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SP5916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0153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6_sp5916_fron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53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2732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7_sp5916_sid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32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889518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4_ip16_kvm_diagram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8895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SP5916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SP5916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SP5916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16-port IP KVM consoles for local and remote server management.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kvm-ip16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SP5916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server access, Data center operations, Network equipment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SP5916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SP5916 16-Port Remote IP KVM, 600 mm Depth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1280 × 1024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600 × 44 mm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600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I/O Interface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Compatibility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16-Port Remote IP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server access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equipment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SP5916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kvm-ip16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kvm-ip16</dc:title>
  <dc:subject>NexPro English product specification</dc:subject>
  <dc:creator>NexPro</dc:creator>
  <cp:keywords>SP5916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