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SP5716 16-port remote IP KVM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SP5716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6042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5_sp5716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889518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4_ip16_kvm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8895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SP5716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SP5716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16-port IP KVM consoles for local and remote server management.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kvm-ip16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SP5716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server access, Data center operations, Network equipment rooms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Count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SP5716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SP5716 16-port remote IP KVM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1280 × 1024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485 × 570 × 44 mm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Count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570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Cascade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256 devices</w:t>
              <w:br/>
              <w:t>Source catalog wording:  “connections 256”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I/O Interface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Scan Interval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1–255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Compatibility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0-40℃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-20-60℃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0-80%RH, non-condensing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Warranty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16-Port Remote IP KVM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server access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 operations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equipment rooms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SP5716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kvm-ip16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kvm-ip16</dc:title>
  <dc:subject>NexPro English product specification</dc:subject>
  <dc:creator>NexPro</dc:creator>
  <cp:keywords>SP5716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