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SP1708-C 8-port local VGA KVM (1920 × 1080)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SP1708-C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2194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3_sp1708_c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9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717414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1_sp1708_8port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71741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SP1708-C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SP1708-C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8-port local VGA KVM consoles for rack server management.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kvm-1708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SP1708-C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Local server management, Data-room racks, Maintenance consoles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Count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SP1708-C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SP1708-C 8-port local VGA KVM (1920 × 1080)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1920 × 1080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485 × 480 × 44 mm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Count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1920 × 1080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480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Cascade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256 devices</w:t>
              <w:br/>
              <w:t>Source catalog wording:  “connections 256”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I/O Interface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Scan Interval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1–255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Compatibility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0-40℃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-20-60℃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Humidity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0-80%RH, non-condensing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Warranty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SP1708 8-Port Local VGA KVM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Local server management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Data-room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Maintenance consoles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SP1708-C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kvm-1708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kvm-1708</dc:title>
  <dc:subject>NexPro English product specification</dc:subject>
  <dc:creator>NexPro</dc:creator>
  <cp:keywords>SP1708-C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