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RACK KVM &amp; REMOTE CONSOLE MANAGEMENT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SP1708-B 8-port local VGA KVM (1280 × 1024)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SP1708-B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912501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92_sp1708_b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2501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717414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91_sp1708_8port_diagram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717414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SP1708-B · Primary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SP1708-B · Diagram · Series Reference View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8-port local VGA KVM consoles for rack server management.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Rack KVM &amp; Remote Console Management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kvm-1708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SP1708-B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Local server management, Data-room racks, Maintenance consoles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Port Count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Resolution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Dimensions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SP1708-B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SP1708-B 8-port local VGA KVM (1280 × 1024)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8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1280 × 1024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485 × 570 × 44 mm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Port Count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8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1280 × 1024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Dimensions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485 × 570 × 44 mm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Maximum Cascade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Up to 256 devices</w:t>
              <w:br/>
              <w:t>Source catalog wording:  “connections 256”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I/O Interface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PS/2 / USB dual-interface converter module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Scan Interval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1–255 seconds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Compatibility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Windows, Vista, Linux, etc.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Input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 C100-240V, 50-60Hz, 1 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120V at 23 W; 230V at 25 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Operating Temperature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0-40℃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Temperature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-20-60℃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Humidity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0-80%RH, non-condensing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Warranty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 years for main unit; 1 year for display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SP1708 8-Port Local VGA KVM Series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KVM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Local server management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Data-room racks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Maintenance consoles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application, rack or room position, destination-market interface and mounting requirement.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electrical, network, accessory or protection scope from the product family and project drawings.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labeling, packing and required documents before purchase order.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and project quantity · Lead time — Confirm after configuration review · FOB port — Confirm in project quotation · OEM/ODM — To be confirmed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SP1708-B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kvm-1708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kvm-1708</dc:title>
  <dc:subject>NexPro English product specification</dc:subject>
  <dc:creator>NexPro</dc:creator>
  <cp:keywords>SP1708-B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