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Electric Telescopic Door - Electric Telescopic Door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NX-SG-004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25613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2561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NX-SG-004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Sliding Gates : Electric Telescopic Door.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NX-SG-004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entrance, Industrial site, Residential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NX-SG-004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Electric Telescopic Door - Electric Telescopic Door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Sliding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NX-SG-004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Sliding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NX-SG-004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Sliding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site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NX-SG-004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Electric Telescopic Door - Electric Telescopic Door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Electric Telescopic Door - Electric Telescopic Door Series</dc:title>
  <dc:subject>NexPro English product specification</dc:subject>
  <dc:creator>NexPro</dc:creator>
  <cp:keywords>NX-SG-004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