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SX-P01-SX-P06 - Self-Service Payment &amp; Change Machine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NX-PP-004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3573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3573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NX-PP-004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Parking Payment Systems : SX-P01-SX-P06.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NX-PP-004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parking, Paid car park, Visitor parking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NX-PP-004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SX-P01-SX-P06 - Self-Service Payment &amp; Change Machine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Parking Payment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NX-PP-004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Parking Payment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NX-PP-004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Parking Payment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Paid car park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parking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NX-PP-004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SX-P01-SX-P06 - Self-Service Payment &amp; Change Machine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SX-P01-SX-P06 - Self-Service Payment &amp; Change Machine Series</dc:title>
  <dc:subject>NexPro English product specification</dc:subject>
  <dc:creator>NexPro</dc:creator>
  <cp:keywords>NX-PP-004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