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Movable Traffic Barrier - Movable Traffic Barrier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NX-TE-028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5716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1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Traffic Equipment : Movable Traffic Barrier.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NX-TE-028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circulation, Industrial roadway, Entrance safety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Movable Traffic Barrier - Movable Traffic Barrier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 safety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NX-TE-028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