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Traffic Bollard - Traffic Bollard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NX-TE-026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43686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43686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NX-TE-026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Traffic Equipment : Traffic Bollard.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NX-TE-026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circulation, Industrial roadway, Entrance safety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NX-TE-026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Traffic Bollard - Traffic Bollard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Traffic Equipment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NX-TE-026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roadway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Entrance safety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NX-TE-026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