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Parking Space Ground Lock - Parking Space Ground Lock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NX-TE-024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5099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99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Traffic Equipment : Parking Space Ground Lock.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NX-TE-024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circulation, Industrial roadway, Entrance safety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Parking Space Ground Lock - Parking Space Ground Lock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roadway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Entrance safety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NX-TE-024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