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Road Barriers and Signs - Road Barriers and Signs Collection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NX-TE-022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1085088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08508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NX-TE-022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Traffic Equipment : Road Barriers and Signs.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 &amp; Site Equipment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NX-TE-022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circulation, Industrial roadway, Entrance safety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NX-TE-022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Road Barriers and Signs - Road Barriers and Signs Collection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Traffic Equipment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NX-TE-022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Traffic Equipment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NX-TE-022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Traffic Equipment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Perimeter &amp; Site Equipment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circulation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 roadway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Entrance safety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NX-TE-022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Perimeter &amp; Site Equipment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Perimeter &amp; Site Equipment</dc:title>
  <dc:subject>NexPro English product specification</dc:subject>
  <dc:creator>NexPro</dc:creator>
  <cp:keywords>NX-TE-022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