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Electric Telescopic Door - Electric Telescopic Door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NX-SG-004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125613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125613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NX-SG-004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Sliding Gates : Electric Telescopic Door.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 &amp; Site Equipment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NX-SG-004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entrance, Industrial site, Residential community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NX-SG-004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Electric Telescopic Door - Electric Telescopic Door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Sliding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NX-SG-004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Sliding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NX-SG-004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Sliding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Perimeter &amp; Site Equipment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site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NX-SG-004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Perimeter &amp; Site Equipment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Perimeter &amp; Site Equipment</dc:title>
  <dc:subject>NexPro English product specification</dc:subject>
  <dc:creator>NexPro</dc:creator>
  <cp:keywords>NX-SG-004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