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Manual Rising Bollard - Manual Rising Bollard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NX-RB-007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519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519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NX-RB-007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Rising Bollards : Manual Rising Bollard.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NX-RB-007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roadway, Government facility, Perimeter protection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NX-RB-007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Manual Rising Bollard - Manual Rising Bollard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Rising Bollards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NX-RB-007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Rising Bollards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NX-RB-007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Rising Bollards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roadway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Government facility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protection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NX-RB-007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NX-RB-007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