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High-speed Access Gate - High-speed Access Gate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NX-PA-020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5747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4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NX-PA-020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Pedestrian Access Control : High-speed Access Gate. Chassis material: Brushed SUS304 stainless steel | Dimensions: 1000(H) x 1400(L) x 180(W) mm | Passage width: 550-900 mm.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Pedestrian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NX-PA-020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entrance, Office building, Factory personnel gate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NX-PA-020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High-speed Access Gate - High-speed Access Gate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NX-PA-020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building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personnel gate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NX-PA-020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Pedestrian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Pedestrian Control</dc:title>
  <dc:subject>NexPro English product specification</dc:subject>
  <dc:creator>NexPro</dc:creator>
  <cp:keywords>NX-PA-020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