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Swing Gate - Swing Gate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NX-PA-019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7165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NX-PA-019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Pedestrian Access Control : Swing Gate. Chassis Material: SUS304 Brushed Stainless Steel | Dimensions: 980(H) x 1400(L) x 180(W) mm | Passage Width: 550-1200 mm.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Pedestrian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NX-PA-019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entrance, Office building, Factory personnel gate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NX-PA-019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Swing Gate - Swing Gate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Pedestrian Access Control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NX-PA-019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NX-PA-019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building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personnel gate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NX-PA-019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Pedestrian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Pedestrian Control</dc:title>
  <dc:subject>NexPro English product specification</dc:subject>
  <dc:creator>NexPro</dc:creator>
  <cp:keywords>NX-PA-019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