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Wing Gate - Wing Gate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NX-PA-018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6035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035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NX-PA-018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Pedestrian Access Control : Wing Gate. Chassis material: SUS304 brushed stainless steel | Dimensions: 1000(H)x1400(L)x180/280(W)mm | Passage width: 550-1200mm.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Pedestrian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NX-PA-018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Campus entrance, Office building, Factory personnel gate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NX-PA-018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Wing Gate - Wing Gate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Pedestrian Access Control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NX-PA-018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Pedestrian Access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NX-PA-018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Pedestrian Access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Pedestrian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Campus entrance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 building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 personnel gate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NX-PA-018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Pedestrian Control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Pedestrian Control</dc:title>
  <dc:subject>NexPro English product specification</dc:subject>
  <dc:creator>NexPro</dc:creator>
  <cp:keywords>NX-PA-018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