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F01/F02 - Face Recognition System F01/F02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NX-PA-017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3212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3212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NX-PA-017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Pedestrian Access Control : F01/F02. Specifications: 246mm (length) x 129mm (width) x 23mm (thickness) | Resolution: 1024x600 FHD screen | Processor: Rv1109 dedicated AI chip, 2 cores 1.5 GHZ.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Pedestrian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NX-PA-017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Campus entrance, Office building, Factory personnel gate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NX-PA-017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F01/F02 - Face Recognition System F01/F02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Pedestrian Access Control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NX-PA-017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NX-PA-017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Campus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building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personnel gate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NX-PA-017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Pedestrian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Pedestrian Control</dc:title>
  <dc:subject>NexPro English product specification</dc:subject>
  <dc:creator>NexPro</dc:creator>
  <cp:keywords>NX-PA-017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