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G01/G02 - Electric Magnetic Door G01/G02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NX-PA-016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4792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4792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NX-PA-016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Pedestrian Access Control : G01/G02. Chassis material: 201 stainless steel, automotive baking paint | Cabinet dimensions: 1830(H)x180(L)x1800(W)mm (widest) | Passage clear width: 850\~1450mm.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Pedestrian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NX-PA-016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Campus entrance, Office building, Factory personnel gate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NX-PA-016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G01/G02 - Electric Magnetic Door G01/G02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Pedestrian Access Control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NX-PA-016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NX-PA-016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Campus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building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personnel gate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NX-PA-016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Pedestrian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Pedestrian Control</dc:title>
  <dc:subject>NexPro English product specification</dc:subject>
  <dc:creator>NexPro</dc:creator>
  <cp:keywords>NX-PA-016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