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T02 Solar Barrier Gate - Solar Barrier Gate T02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NX-LP-012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9494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949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License Plate Recognition Systems : T02 Solar Barrier Gate. Barrier Gate Model: T02.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NX-LP-012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parking, Visitor vehicle entry,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T02 Solar Barrier Gate - Solar Barrier Gate T02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vehicle entry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Recognition &amp; Payment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Recognition &amp; Payment</dc:title>
  <dc:subject>NexPro English product specification</dc:subject>
  <dc:creator>NexPro</dc:creator>
  <cp:keywords>NX-LP-012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