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Industrial Computer - Sentry Box Engineering Computer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NX-LP-011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8128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812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NX-LP-011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License Plate Recognition Systems : Industrial Computer. CPU: Intel Core I5 Processor | Memory: 8GB | Hard Drive: 1\*MSATA, 1"SATA HDD Interface 256G.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NX-LP-011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parking, Visitor vehicle entry,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Industrial Computer - Sentry Box Engineering Computer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NX-LP-011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vehicle entry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NX-LP-011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Recognition &amp; Payment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Recognition &amp; Payment</dc:title>
  <dc:subject>NexPro English product specification</dc:subject>
  <dc:creator>NexPro</dc:creator>
  <cp:keywords>NX-LP-011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