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Overseas LPR System - Overseas License Plate Recognition System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NX-LP-010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70149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014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NX-LP-010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License Plate Recognition Systems : Overseas LPR System.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Recognition &amp; Payment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NX-LP-010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LPR parking, Visitor vehicle entry, Parking management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NX-LP-010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Overseas LPR System - Overseas License Plate Recognition System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License Plate Recognition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NX-LP-010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License Plate Recognition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NX-LP-010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License Plate Recognition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Recognition &amp; Payment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LPR parking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Visitor vehicle entry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management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NX-LP-010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Recognition &amp; Payment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Recognition &amp; Payment</dc:title>
  <dc:subject>NexPro English product specification</dc:subject>
  <dc:creator>NexPro</dc:creator>
  <cp:keywords>NX-LP-010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