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GT10 - GT10 Portable Cabin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37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7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GT10.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GT10 - GT10 Portable Cabin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