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GT08 - GT08 Portable Cabin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NX-GB-047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5376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76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NX-GB-047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Guard Booths : GT08.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NX-GB-047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entrance, Factory checkpoint,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NX-GB-047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GT08 - GT08 Portable Cabin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Guard Booths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NX-GB-047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NX-GB-047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Guard Booths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Property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checkpoint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NX-GB-047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NX-GB-047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