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GT06 - GT06 Stainless Steel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09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9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GT06.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GT06 - GT06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