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GT05 - GT05 Aluminum Alloy Guard Booth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NX-GB-043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20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GT05.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NX-GB-043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NX-GB-043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GT05 - GT05 Aluminum Alloy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NX-GB-043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NX-GB-043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