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GT04 - GT04 Stainless Steel Guard Booth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NX-GB-042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3819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19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Guard Booths : GT04.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NX-GB-042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entrance, Factory checkpoint,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NX-GB-042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GT04 - GT04 Stainless Steel Guard Booth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NX-GB-042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checkpoint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NX-GB-042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