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GT02 - GT02 Stainless Steel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7969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69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GT02.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GT02 - GT02 Stainless Steel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NX-GB-041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