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GT03 - GT03 Stainless Steel Guard Booth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NX-GB-040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2102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02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NX-GB-040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Guard Booths : GT03.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NX-GB-040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entrance, Factory checkpoint,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NX-GB-040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GT03 - GT03 Stainless Steel Guard Booth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NX-GB-040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checkpoint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NX-GB-040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NX-GB-040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