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GT01 - GT01 Stainless Steel Guard Booth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NX-GB-039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887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8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NX-GB-039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GT01.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NX-GB-039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GT01 - GT01 Stainless Steel Guard Booth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NX-GB-039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NX-GB-039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NX-GB-039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NX-GB-039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