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Apple Guard Booth - Apple-style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NX-GB-038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4204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04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Apple Guard Booth.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NX-GB-038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NX-GB-038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Apple Guard Booth - Apple-style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NX-GB-038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NX-GB-038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