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Space Capsule Guard Booth - Space Capsule-style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NX-GB-037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68149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49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Space Capsule Guard Booth.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NX-GB-037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NX-GB-037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Space Capsule Guard Booth - Space Capsule-style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NX-GB-037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NX-GB-037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