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VEHICLE &amp; PEDESTRIAN ENTRANCE CONTROL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HQ-02 - AC Motor Barrier Gate HQ-02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NX-DG-008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923175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92317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NX-DG-008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Drop-Down Grille Barrier Gates : HQ-02. Chassis material: cold-rolled steel plate, automotive paint | Box size: 510x785x1800mm | Power: 250W.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&amp; Pedestrian Entrance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Lane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NX-DG-008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Controlled entrance, Residential gate, Restricted vehicle lane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SKU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Supply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NX-DG-008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HQ-02 - AC Motor Barrier Gate HQ-02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Drop-Down Grille Barrier Gates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NX-DG-008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Drop-Down Grille Barrier Gates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NX-DG-008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Drop-Down Grille Barrier Gates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group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Vehicle Lane Control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after scope confirmation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Required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Lane layout, quantity, control method and destination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required datasheet, drawing and installation references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Controlled entrance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 gate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Restricted vehicle lane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lane dimensions and installation environment before final model selection.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recognition, payment, safety detection and third-party integration requirements.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Technical parameters must be confirmed against the final quotation and datasheet.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model, quantity and customization · Lead time — Confirm after project scope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NX-DG-008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Vehicle Lane Control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Vehicle Lane Control</dc:title>
  <dc:subject>NexPro English product specification</dc:subject>
  <dc:creator>NexPro</dc:creator>
  <cp:keywords>NX-DG-008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