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Railway Double-bar - Super-long Double-bar Barrier Gate for Railway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NX-BG-042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61239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61239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NX-BG-042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Intelligent Barrier Gates : Railway Double-bar.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Lane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NX-BG-042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entrance, Factory gate, Residential community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NX-BG-042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Railway Double-bar - Super-long Double-bar Barrier Gate for Railway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Intelligent Barrier Gates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NX-BG-042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Intelligent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NX-BG-042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Intelligent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Vehicle Lane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gate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community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NX-BG-042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Vehicle Lane Control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Vehicle Lane Control</dc:title>
  <dc:subject>NexPro English product specification</dc:subject>
  <dc:creator>NexPro</dc:creator>
  <cp:keywords>NX-BG-042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