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TK01 - Brushless DC Barrier Gate TK01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NX-BG-040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31017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1017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NX-BG-040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Intelligent Barrier Gates : TK01. Chassis material: cold-rolled plate, automotive paint | Box size: 1090 (H) × 370 (L) × 290 (W) mm | Power: 140W.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Lane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NX-BG-040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entrance, Factory gate, Residential community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NX-BG-040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TK01 - Brushless DC Barrier Gate TK01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Intelligent Barrier Gates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NX-BG-040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Intelligent Barrier Gates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NX-BG-040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Intelligent Barrier Gates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Vehicle Lane Control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entrance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 gate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community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NX-BG-040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Vehicle Lane Control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Vehicle Lane Control</dc:title>
  <dc:subject>NexPro English product specification</dc:subject>
  <dc:creator>NexPro</dc:creator>
  <cp:keywords>NX-BG-040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