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WS01 - AC Motor Barrier Gate WS01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NX-BG-039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315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5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WS01. Motor power: 140W.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WS01 - AC Motor Barrier Gate WS01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NX-BG-039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